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3DBC499" w:rsidP="43DBC499" w:rsidRDefault="43DBC499" w14:paraId="7A7F2624" w14:textId="2696F973">
      <w:pPr>
        <w:pStyle w:val="Heading1"/>
        <w:jc w:val="center"/>
        <w:rPr>
          <w:lang w:val="fr-FR"/>
        </w:rPr>
      </w:pPr>
    </w:p>
    <w:p w:rsidR="69BD0A7B" w:rsidP="69BD0A7B" w:rsidRDefault="69BD0A7B" w14:paraId="38375A32" w14:textId="53EE7203">
      <w:pPr>
        <w:pStyle w:val="Heading1"/>
        <w:jc w:val="center"/>
        <w:rPr>
          <w:lang w:val="fr-FR"/>
        </w:rPr>
      </w:pPr>
      <w:r w:rsidR="69BD0A7B">
        <w:drawing>
          <wp:anchor distT="0" distB="0" distL="114300" distR="114300" simplePos="0" relativeHeight="251658240" behindDoc="1" locked="0" layoutInCell="1" allowOverlap="1" wp14:anchorId="6A424B5B" wp14:editId="1F175F0C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49572" cy="1047750"/>
            <wp:effectExtent l="0" t="0" r="0" b="0"/>
            <wp:wrapNone/>
            <wp:docPr id="158410290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84102903" name="Picture 1584102903"/>
                    <pic:cNvPicPr/>
                  </pic:nvPicPr>
                  <pic:blipFill>
                    <a:blip xmlns:r="http://schemas.openxmlformats.org/officeDocument/2006/relationships" r:embed="rId10410318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9572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43DBC499" w:rsidR="09D2A774">
        <w:rPr>
          <w:lang w:val="fr-FR"/>
        </w:rPr>
        <w:t>FORMULAIRE D’ADHÉSION – LITTLE JOYCE ASB</w:t>
      </w:r>
      <w:r w:rsidRPr="43DBC499" w:rsidR="7C1ED9BC">
        <w:rPr>
          <w:lang w:val="fr-FR"/>
        </w:rPr>
        <w:t>L</w:t>
      </w:r>
    </w:p>
    <w:p w:rsidRPr="000C3158" w:rsidR="00906F26" w:rsidRDefault="00000000" w14:paraId="517184F8" w14:textId="77777777">
      <w:pPr>
        <w:jc w:val="center"/>
        <w:rPr>
          <w:lang w:val="fr-FR"/>
        </w:rPr>
      </w:pPr>
      <w:r w:rsidRPr="43DBC499" w:rsidR="00000000">
        <w:rPr>
          <w:i w:val="1"/>
          <w:iCs w:val="1"/>
          <w:lang w:val="fr-FR"/>
        </w:rPr>
        <w:t>Association sans but lucratif – BE 0548.825.802</w:t>
      </w:r>
    </w:p>
    <w:p w:rsidR="000C3158" w:rsidP="43DBC499" w:rsidRDefault="00000000" w14:paraId="7192ED4D" w14:textId="735DBB74">
      <w:pPr>
        <w:pStyle w:val="Normal"/>
        <w:jc w:val="center"/>
      </w:pPr>
    </w:p>
    <w:p w:rsidR="000C3158" w:rsidP="43DBC499" w:rsidRDefault="00000000" w14:paraId="382A7942" w14:textId="31DFB400">
      <w:pPr>
        <w:pStyle w:val="Normal"/>
        <w:jc w:val="center"/>
        <w:rPr>
          <w:lang w:val="fr-FR"/>
        </w:rPr>
      </w:pPr>
      <w:r>
        <w:br/>
      </w:r>
      <w:r w:rsidRPr="43DBC499" w:rsidR="00000000">
        <w:rPr>
          <w:lang w:val="fr-FR"/>
        </w:rPr>
        <w:t xml:space="preserve">Comment l’utiliser : Remplis, coche, signe, puis renvoie par </w:t>
      </w:r>
      <w:r w:rsidRPr="43DBC499" w:rsidR="00000000">
        <w:rPr>
          <w:lang w:val="fr-FR"/>
        </w:rPr>
        <w:t>e-mail</w:t>
      </w:r>
      <w:r w:rsidRPr="43DBC499" w:rsidR="00000000">
        <w:rPr>
          <w:lang w:val="fr-FR"/>
        </w:rPr>
        <w:t xml:space="preserve"> ou WhatsApp (photo/scan).</w:t>
      </w:r>
    </w:p>
    <w:p w:rsidRPr="000C3158" w:rsidR="000C3158" w:rsidP="43DBC499" w:rsidRDefault="000C3158" w14:paraId="0D75B5C0" w14:textId="53929CA2">
      <w:pPr>
        <w:pStyle w:val="Heading2"/>
        <w:numPr>
          <w:ilvl w:val="0"/>
          <w:numId w:val="10"/>
        </w:numPr>
        <w:ind w:left="360" w:hanging="360"/>
        <w:rPr>
          <w:lang w:val="fr-FR"/>
        </w:rPr>
      </w:pPr>
      <w:r w:rsidRPr="43DBC499" w:rsidR="00000000">
        <w:rPr>
          <w:lang w:val="fr-FR"/>
        </w:rPr>
        <w:t>Informations personnelles</w:t>
      </w:r>
    </w:p>
    <w:p w:rsidR="43DBC499" w:rsidP="43DBC499" w:rsidRDefault="43DBC499" w14:paraId="770733E0" w14:textId="41C3C721">
      <w:pPr>
        <w:pStyle w:val="Normal"/>
        <w:rPr>
          <w:lang w:val="fr-FR"/>
        </w:rPr>
      </w:pPr>
    </w:p>
    <w:p w:rsidRPr="000C3158" w:rsidR="00906F26" w:rsidRDefault="00000000" w14:paraId="1CB6D2E2" w14:textId="77777777">
      <w:pPr>
        <w:rPr>
          <w:lang w:val="fr-FR"/>
        </w:rPr>
      </w:pPr>
      <w:r w:rsidRPr="000C3158">
        <w:rPr>
          <w:lang w:val="fr-FR"/>
        </w:rPr>
        <w:t>Nom : ________________________________________________</w:t>
      </w:r>
    </w:p>
    <w:p w:rsidRPr="000C3158" w:rsidR="00906F26" w:rsidRDefault="00000000" w14:paraId="2CC4E53F" w14:textId="77777777">
      <w:pPr>
        <w:rPr>
          <w:lang w:val="fr-FR"/>
        </w:rPr>
      </w:pPr>
      <w:r w:rsidRPr="000C3158">
        <w:rPr>
          <w:lang w:val="fr-FR"/>
        </w:rPr>
        <w:t>Prénom : ______________________________________________</w:t>
      </w:r>
    </w:p>
    <w:p w:rsidRPr="000C3158" w:rsidR="00906F26" w:rsidRDefault="00000000" w14:paraId="189B5DC2" w14:textId="77777777">
      <w:pPr>
        <w:rPr>
          <w:lang w:val="fr-FR"/>
        </w:rPr>
      </w:pPr>
      <w:r w:rsidRPr="000C3158">
        <w:rPr>
          <w:lang w:val="fr-FR"/>
        </w:rPr>
        <w:t>Date de naissance : ____ / ____ / ________</w:t>
      </w:r>
    </w:p>
    <w:p w:rsidRPr="000C3158" w:rsidR="00906F26" w:rsidRDefault="00000000" w14:paraId="1B6893FA" w14:textId="77777777">
      <w:pPr>
        <w:rPr>
          <w:lang w:val="fr-FR"/>
        </w:rPr>
      </w:pPr>
      <w:r w:rsidRPr="000C3158">
        <w:rPr>
          <w:lang w:val="fr-FR"/>
        </w:rPr>
        <w:t>Adresse : ______________________________________________</w:t>
      </w:r>
    </w:p>
    <w:p w:rsidRPr="000C3158" w:rsidR="00906F26" w:rsidRDefault="00000000" w14:paraId="16018FA7" w14:textId="77777777">
      <w:pPr>
        <w:rPr>
          <w:lang w:val="fr-FR"/>
        </w:rPr>
      </w:pPr>
      <w:r w:rsidRPr="000C3158">
        <w:rPr>
          <w:lang w:val="fr-FR"/>
        </w:rPr>
        <w:t>Code postal : _________</w:t>
      </w:r>
      <w:proofErr w:type="gramStart"/>
      <w:r w:rsidRPr="000C3158">
        <w:rPr>
          <w:lang w:val="fr-FR"/>
        </w:rPr>
        <w:t>_  Ville</w:t>
      </w:r>
      <w:proofErr w:type="gramEnd"/>
      <w:r w:rsidRPr="000C3158">
        <w:rPr>
          <w:lang w:val="fr-FR"/>
        </w:rPr>
        <w:t xml:space="preserve"> : _______________________</w:t>
      </w:r>
    </w:p>
    <w:p w:rsidRPr="000C3158" w:rsidR="00906F26" w:rsidRDefault="00000000" w14:paraId="54F0A520" w14:textId="77777777">
      <w:pPr>
        <w:rPr>
          <w:lang w:val="fr-FR"/>
        </w:rPr>
      </w:pPr>
      <w:r w:rsidRPr="000C3158">
        <w:rPr>
          <w:lang w:val="fr-FR"/>
        </w:rPr>
        <w:t>Téléphone : ____________________________________________</w:t>
      </w:r>
    </w:p>
    <w:p w:rsidR="000C3158" w:rsidP="43DBC499" w:rsidRDefault="000C3158" w14:paraId="2441E8D0" w14:textId="6C02D020">
      <w:pPr>
        <w:rPr>
          <w:lang w:val="pt-BR"/>
        </w:rPr>
      </w:pPr>
      <w:r w:rsidRPr="43DBC499" w:rsidR="00000000">
        <w:rPr>
          <w:lang w:val="pt-BR"/>
        </w:rPr>
        <w:t>E-mail</w:t>
      </w:r>
      <w:r w:rsidRPr="43DBC499" w:rsidR="00000000">
        <w:rPr>
          <w:lang w:val="pt-BR"/>
        </w:rPr>
        <w:t xml:space="preserve"> :</w:t>
      </w:r>
      <w:r w:rsidRPr="43DBC499" w:rsidR="00000000">
        <w:rPr>
          <w:lang w:val="pt-BR"/>
        </w:rPr>
        <w:t xml:space="preserve"> _______________________________________________</w:t>
      </w:r>
    </w:p>
    <w:p w:rsidR="43DBC499" w:rsidP="43DBC499" w:rsidRDefault="43DBC499" w14:paraId="4A0ABFD5" w14:textId="4630C71E">
      <w:pPr>
        <w:rPr>
          <w:lang w:val="pt-BR"/>
        </w:rPr>
      </w:pPr>
    </w:p>
    <w:p w:rsidRPr="000C3158" w:rsidR="000C3158" w:rsidP="43DBC499" w:rsidRDefault="00000000" w14:paraId="17602EB8" w14:textId="2207E9D3">
      <w:pPr>
        <w:pStyle w:val="Heading2"/>
        <w:numPr>
          <w:ilvl w:val="0"/>
          <w:numId w:val="10"/>
        </w:numPr>
        <w:ind w:left="360" w:hanging="360"/>
        <w:rPr>
          <w:lang w:val="fr-FR"/>
        </w:rPr>
      </w:pPr>
      <w:r w:rsidRPr="43DBC499" w:rsidR="00000000">
        <w:rPr>
          <w:lang w:val="fr-FR"/>
        </w:rPr>
        <w:t>Type d’adhésion souhaitée</w:t>
      </w:r>
    </w:p>
    <w:p w:rsidR="43DBC499" w:rsidP="43DBC499" w:rsidRDefault="43DBC499" w14:paraId="22CCEC74" w14:textId="27EE0C25">
      <w:pPr>
        <w:pStyle w:val="Normal"/>
        <w:rPr>
          <w:lang w:val="fr-FR"/>
        </w:rPr>
      </w:pPr>
    </w:p>
    <w:p w:rsidRPr="000C3158" w:rsidR="00906F26" w:rsidP="43DBC499" w:rsidRDefault="00000000" w14:paraId="3861886C" w14:textId="77777777">
      <w:pPr>
        <w:rPr>
          <w:sz w:val="24"/>
          <w:szCs w:val="24"/>
          <w:lang w:val="fr-FR"/>
        </w:rPr>
      </w:pPr>
      <w:r w:rsidRPr="43DBC499" w:rsidR="00000000">
        <w:rPr>
          <w:rFonts w:ascii="Segoe UI Symbol" w:hAnsi="Segoe UI Symbol" w:cs="Segoe UI Symbol"/>
          <w:sz w:val="28"/>
          <w:szCs w:val="28"/>
          <w:lang w:val="fr-FR"/>
        </w:rPr>
        <w:t>☐</w:t>
      </w:r>
      <w:r w:rsidRPr="43DBC499" w:rsidR="00000000">
        <w:rPr>
          <w:sz w:val="28"/>
          <w:szCs w:val="28"/>
          <w:lang w:val="fr-FR"/>
        </w:rPr>
        <w:t xml:space="preserve">  </w:t>
      </w:r>
      <w:r w:rsidRPr="43DBC499" w:rsidR="00000000">
        <w:rPr>
          <w:sz w:val="24"/>
          <w:szCs w:val="24"/>
          <w:lang w:val="fr-FR"/>
        </w:rPr>
        <w:t>Membre</w:t>
      </w:r>
      <w:r w:rsidRPr="43DBC499" w:rsidR="00000000">
        <w:rPr>
          <w:sz w:val="24"/>
          <w:szCs w:val="24"/>
          <w:lang w:val="fr-FR"/>
        </w:rPr>
        <w:t xml:space="preserve"> effectif / actif</w:t>
      </w:r>
    </w:p>
    <w:p w:rsidRPr="000C3158" w:rsidR="00906F26" w:rsidP="43DBC499" w:rsidRDefault="00000000" w14:paraId="10BB7546" w14:textId="77777777">
      <w:pPr>
        <w:rPr>
          <w:sz w:val="24"/>
          <w:szCs w:val="24"/>
          <w:lang w:val="fr-FR"/>
        </w:rPr>
      </w:pPr>
      <w:r w:rsidRPr="43DBC499" w:rsidR="00000000">
        <w:rPr>
          <w:sz w:val="24"/>
          <w:szCs w:val="24"/>
          <w:lang w:val="fr-FR"/>
        </w:rPr>
        <w:t>☐  Membre</w:t>
      </w:r>
      <w:r w:rsidRPr="43DBC499" w:rsidR="00000000">
        <w:rPr>
          <w:sz w:val="24"/>
          <w:szCs w:val="24"/>
          <w:lang w:val="fr-FR"/>
        </w:rPr>
        <w:t xml:space="preserve"> sympathisant / bienfaiteur</w:t>
      </w:r>
    </w:p>
    <w:p w:rsidR="00000000" w:rsidP="43DBC499" w:rsidRDefault="00000000" w14:paraId="028E269B" w14:textId="25B120E2">
      <w:pPr>
        <w:rPr>
          <w:sz w:val="24"/>
          <w:szCs w:val="24"/>
          <w:lang w:val="fr-FR"/>
        </w:rPr>
      </w:pPr>
      <w:r w:rsidRPr="43DBC499" w:rsidR="00000000">
        <w:rPr>
          <w:sz w:val="24"/>
          <w:szCs w:val="24"/>
          <w:lang w:val="fr-FR"/>
        </w:rPr>
        <w:t>☐  Membre</w:t>
      </w:r>
      <w:r w:rsidRPr="43DBC499" w:rsidR="00000000">
        <w:rPr>
          <w:sz w:val="24"/>
          <w:szCs w:val="24"/>
          <w:lang w:val="fr-FR"/>
        </w:rPr>
        <w:t xml:space="preserve"> d’honneur</w:t>
      </w:r>
    </w:p>
    <w:p w:rsidR="43DBC499" w:rsidP="43DBC499" w:rsidRDefault="43DBC499" w14:paraId="013490EE" w14:textId="23E1AEFC">
      <w:pPr>
        <w:rPr>
          <w:sz w:val="24"/>
          <w:szCs w:val="24"/>
          <w:lang w:val="fr-FR"/>
        </w:rPr>
      </w:pPr>
    </w:p>
    <w:p w:rsidRPr="000C3158" w:rsidR="000C3158" w:rsidP="43DBC499" w:rsidRDefault="00000000" w14:paraId="5617330F" w14:textId="55FEF138">
      <w:pPr>
        <w:pStyle w:val="Heading2"/>
        <w:numPr>
          <w:ilvl w:val="0"/>
          <w:numId w:val="10"/>
        </w:numPr>
        <w:ind w:left="360" w:hanging="360"/>
        <w:rPr>
          <w:lang w:val="fr-FR"/>
        </w:rPr>
      </w:pPr>
      <w:r w:rsidRPr="43DBC499" w:rsidR="00000000">
        <w:rPr>
          <w:lang w:val="fr-FR"/>
        </w:rPr>
        <w:t>Engagement (simple)</w:t>
      </w:r>
    </w:p>
    <w:p w:rsidR="43DBC499" w:rsidP="43DBC499" w:rsidRDefault="43DBC499" w14:paraId="7904DC9C" w14:textId="55BAF671">
      <w:pPr>
        <w:pStyle w:val="Normal"/>
        <w:rPr>
          <w:lang w:val="fr-FR"/>
        </w:rPr>
      </w:pPr>
    </w:p>
    <w:p w:rsidRPr="000C3158" w:rsidR="00906F26" w:rsidRDefault="00000000" w14:paraId="6987D454" w14:textId="77777777">
      <w:pPr>
        <w:rPr>
          <w:lang w:val="fr-FR"/>
        </w:rPr>
      </w:pPr>
      <w:r w:rsidRPr="000C3158">
        <w:rPr>
          <w:lang w:val="fr-FR"/>
        </w:rPr>
        <w:t xml:space="preserve">Je souhaite adhérer à Little Joyce </w:t>
      </w:r>
      <w:proofErr w:type="spellStart"/>
      <w:r w:rsidRPr="000C3158">
        <w:rPr>
          <w:lang w:val="fr-FR"/>
        </w:rPr>
        <w:t>asbl</w:t>
      </w:r>
      <w:proofErr w:type="spellEnd"/>
      <w:r w:rsidRPr="000C3158">
        <w:rPr>
          <w:lang w:val="fr-FR"/>
        </w:rPr>
        <w:t xml:space="preserve"> et je m’engage à respecter ses statuts et valeurs. Je reconnais que toute contribution financière est facultative, non obligatoire et non régulière, et qu’aucun montant minimum n’est fixé.</w:t>
      </w:r>
    </w:p>
    <w:p w:rsidR="00000000" w:rsidP="43DBC499" w:rsidRDefault="00000000" w14:paraId="10A7D07E" w14:textId="336E84EC">
      <w:pPr>
        <w:rPr>
          <w:lang w:val="fr-FR"/>
        </w:rPr>
      </w:pPr>
      <w:r w:rsidRPr="43DBC499" w:rsidR="00000000">
        <w:rPr>
          <w:sz w:val="28"/>
          <w:szCs w:val="28"/>
          <w:lang w:val="fr-FR"/>
        </w:rPr>
        <w:t>☐</w:t>
      </w:r>
      <w:r w:rsidRPr="43DBC499" w:rsidR="00000000">
        <w:rPr>
          <w:sz w:val="24"/>
          <w:szCs w:val="24"/>
          <w:lang w:val="fr-FR"/>
        </w:rPr>
        <w:t xml:space="preserve">  Je</w:t>
      </w:r>
      <w:r w:rsidRPr="43DBC499" w:rsidR="00000000">
        <w:rPr>
          <w:sz w:val="24"/>
          <w:szCs w:val="24"/>
          <w:lang w:val="fr-FR"/>
        </w:rPr>
        <w:t xml:space="preserve"> confirme.</w:t>
      </w:r>
    </w:p>
    <w:p w:rsidR="43DBC499" w:rsidP="43DBC499" w:rsidRDefault="43DBC499" w14:paraId="5EBF1DFA" w14:textId="37BA73CE">
      <w:pPr>
        <w:rPr>
          <w:sz w:val="24"/>
          <w:szCs w:val="24"/>
          <w:lang w:val="fr-FR"/>
        </w:rPr>
      </w:pPr>
    </w:p>
    <w:p w:rsidR="43DBC499" w:rsidP="43DBC499" w:rsidRDefault="43DBC499" w14:paraId="2222A9DA" w14:textId="18B0A3C2">
      <w:pPr>
        <w:rPr>
          <w:sz w:val="24"/>
          <w:szCs w:val="24"/>
          <w:lang w:val="fr-FR"/>
        </w:rPr>
      </w:pPr>
    </w:p>
    <w:p w:rsidR="43DBC499" w:rsidP="43DBC499" w:rsidRDefault="43DBC499" w14:paraId="3C3B2E54" w14:textId="651B9443">
      <w:pPr>
        <w:rPr>
          <w:sz w:val="24"/>
          <w:szCs w:val="24"/>
          <w:lang w:val="fr-FR"/>
        </w:rPr>
      </w:pPr>
    </w:p>
    <w:p w:rsidR="43DBC499" w:rsidP="43DBC499" w:rsidRDefault="43DBC499" w14:paraId="6D274628" w14:textId="0887418E">
      <w:pPr>
        <w:rPr>
          <w:sz w:val="24"/>
          <w:szCs w:val="24"/>
          <w:lang w:val="fr-FR"/>
        </w:rPr>
      </w:pPr>
    </w:p>
    <w:p w:rsidRPr="000C3158" w:rsidR="00906F26" w:rsidRDefault="00000000" w14:paraId="09A8B2A8" w14:textId="77777777">
      <w:pPr>
        <w:pStyle w:val="Heading2"/>
        <w:rPr>
          <w:lang w:val="fr-FR"/>
        </w:rPr>
      </w:pPr>
      <w:r w:rsidRPr="43DBC499" w:rsidR="00000000">
        <w:rPr>
          <w:lang w:val="fr-FR"/>
        </w:rPr>
        <w:t>4) Protection des données</w:t>
      </w:r>
    </w:p>
    <w:p w:rsidR="43DBC499" w:rsidP="43DBC499" w:rsidRDefault="43DBC499" w14:paraId="3EE5C757" w14:textId="4F06E15C">
      <w:pPr>
        <w:pStyle w:val="Normal"/>
        <w:rPr>
          <w:lang w:val="fr-FR"/>
        </w:rPr>
      </w:pPr>
    </w:p>
    <w:p w:rsidRPr="000C3158" w:rsidR="00906F26" w:rsidRDefault="00000000" w14:paraId="27DA8830" w14:textId="77777777">
      <w:pPr>
        <w:rPr>
          <w:lang w:val="fr-FR"/>
        </w:rPr>
      </w:pPr>
      <w:r w:rsidRPr="000C3158">
        <w:rPr>
          <w:lang w:val="fr-FR"/>
        </w:rPr>
        <w:t>Les données communiquées sont utilisées exclusivement pour la gestion des membres de l’association.</w:t>
      </w:r>
    </w:p>
    <w:p w:rsidRPr="000C3158" w:rsidR="00906F26" w:rsidRDefault="00000000" w14:paraId="05A752E9" w14:textId="77777777">
      <w:pPr>
        <w:rPr>
          <w:lang w:val="fr-FR"/>
        </w:rPr>
      </w:pPr>
      <w:r w:rsidRPr="43DBC499" w:rsidR="00000000">
        <w:rPr>
          <w:sz w:val="28"/>
          <w:szCs w:val="28"/>
          <w:lang w:val="fr-FR"/>
        </w:rPr>
        <w:t xml:space="preserve">☐ </w:t>
      </w:r>
      <w:r w:rsidRPr="43DBC499" w:rsidR="00000000">
        <w:rPr>
          <w:sz w:val="24"/>
          <w:szCs w:val="24"/>
          <w:lang w:val="fr-FR"/>
        </w:rPr>
        <w:t xml:space="preserve"> J’accepte</w:t>
      </w:r>
      <w:r w:rsidRPr="43DBC499" w:rsidR="00000000">
        <w:rPr>
          <w:sz w:val="24"/>
          <w:szCs w:val="24"/>
          <w:lang w:val="fr-FR"/>
        </w:rPr>
        <w:t>.</w:t>
      </w:r>
    </w:p>
    <w:p w:rsidRPr="000C3158" w:rsidR="00906F26" w:rsidRDefault="00000000" w14:paraId="7F247454" w14:textId="77777777">
      <w:pPr>
        <w:pStyle w:val="Heading2"/>
        <w:rPr>
          <w:lang w:val="fr-FR"/>
        </w:rPr>
      </w:pPr>
      <w:r w:rsidRPr="43DBC499" w:rsidR="00000000">
        <w:rPr>
          <w:lang w:val="fr-FR"/>
        </w:rPr>
        <w:t>5) Signature</w:t>
      </w:r>
    </w:p>
    <w:p w:rsidR="43DBC499" w:rsidP="43DBC499" w:rsidRDefault="43DBC499" w14:paraId="0FFEE98D" w14:textId="4C989774">
      <w:pPr>
        <w:pStyle w:val="Normal"/>
        <w:rPr>
          <w:lang w:val="fr-FR"/>
        </w:rPr>
      </w:pPr>
    </w:p>
    <w:p w:rsidRPr="000C3158" w:rsidR="00906F26" w:rsidRDefault="00000000" w14:paraId="348FC9DB" w14:textId="77777777">
      <w:pPr>
        <w:rPr>
          <w:lang w:val="fr-FR"/>
        </w:rPr>
      </w:pPr>
      <w:r w:rsidRPr="000C3158">
        <w:rPr>
          <w:lang w:val="fr-FR"/>
        </w:rPr>
        <w:t>Fait à : _______________________________________________</w:t>
      </w:r>
    </w:p>
    <w:p w:rsidRPr="000C3158" w:rsidR="00906F26" w:rsidRDefault="00000000" w14:paraId="0B3F9C78" w14:textId="77777777">
      <w:pPr>
        <w:rPr>
          <w:lang w:val="fr-FR"/>
        </w:rPr>
      </w:pPr>
      <w:r w:rsidRPr="000C3158">
        <w:rPr>
          <w:lang w:val="fr-FR"/>
        </w:rPr>
        <w:t>Le : ____ / ____ / ________</w:t>
      </w:r>
    </w:p>
    <w:p w:rsidRPr="000C3158" w:rsidR="00906F26" w:rsidRDefault="00000000" w14:paraId="22626D21" w14:textId="77777777">
      <w:pPr>
        <w:rPr>
          <w:lang w:val="fr-FR"/>
        </w:rPr>
      </w:pPr>
      <w:r w:rsidRPr="000C3158">
        <w:rPr>
          <w:lang w:val="fr-FR"/>
        </w:rPr>
        <w:t>Signature : ____________________________________________</w:t>
      </w:r>
    </w:p>
    <w:p w:rsidRPr="000C3158" w:rsidR="00906F26" w:rsidRDefault="00000000" w14:paraId="3501540B" w14:textId="77777777">
      <w:pPr>
        <w:rPr>
          <w:lang w:val="fr-FR"/>
        </w:rPr>
      </w:pPr>
      <w:r w:rsidRPr="000C3158">
        <w:rPr>
          <w:i/>
          <w:sz w:val="20"/>
          <w:lang w:val="fr-FR"/>
        </w:rPr>
        <w:br/>
      </w:r>
      <w:r w:rsidRPr="000C3158">
        <w:rPr>
          <w:i/>
          <w:sz w:val="20"/>
          <w:lang w:val="fr-FR"/>
        </w:rPr>
        <w:t>Contact : info@littlejoyceasbl.com | Tél. : 0455 19 11 39</w:t>
      </w:r>
    </w:p>
    <w:sectPr w:rsidRPr="000C3158" w:rsidR="00906F26" w:rsidSect="00034616">
      <w:pgSz w:w="12240" w:h="15840" w:orient="portrait"/>
      <w:pgMar w:top="270" w:right="1080" w:bottom="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450A65FD"/>
    <w:multiLevelType w:val="hybridMultilevel"/>
    <w:tmpl w:val="10FE4AF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446443">
    <w:abstractNumId w:val="8"/>
  </w:num>
  <w:num w:numId="2" w16cid:durableId="1057237658">
    <w:abstractNumId w:val="6"/>
  </w:num>
  <w:num w:numId="3" w16cid:durableId="617299295">
    <w:abstractNumId w:val="5"/>
  </w:num>
  <w:num w:numId="4" w16cid:durableId="215969201">
    <w:abstractNumId w:val="4"/>
  </w:num>
  <w:num w:numId="5" w16cid:durableId="2146239321">
    <w:abstractNumId w:val="7"/>
  </w:num>
  <w:num w:numId="6" w16cid:durableId="1443113445">
    <w:abstractNumId w:val="3"/>
  </w:num>
  <w:num w:numId="7" w16cid:durableId="1883008505">
    <w:abstractNumId w:val="2"/>
  </w:num>
  <w:num w:numId="8" w16cid:durableId="1144811638">
    <w:abstractNumId w:val="1"/>
  </w:num>
  <w:num w:numId="9" w16cid:durableId="281033355">
    <w:abstractNumId w:val="0"/>
  </w:num>
  <w:num w:numId="10" w16cid:durableId="559483590">
    <w:abstractNumId w:val="9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1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0000"/>
    <w:rsid w:val="000342A2"/>
    <w:rsid w:val="00034616"/>
    <w:rsid w:val="0006063C"/>
    <w:rsid w:val="000C3158"/>
    <w:rsid w:val="0015074B"/>
    <w:rsid w:val="0029639D"/>
    <w:rsid w:val="00326F90"/>
    <w:rsid w:val="00906F26"/>
    <w:rsid w:val="00AA1D8D"/>
    <w:rsid w:val="00B47730"/>
    <w:rsid w:val="00CB0664"/>
    <w:rsid w:val="00FC693F"/>
    <w:rsid w:val="09D2A774"/>
    <w:rsid w:val="0AB8F586"/>
    <w:rsid w:val="13C56B5A"/>
    <w:rsid w:val="20B1DCC7"/>
    <w:rsid w:val="2AD3A08D"/>
    <w:rsid w:val="30B62213"/>
    <w:rsid w:val="33C57ABA"/>
    <w:rsid w:val="43DBC499"/>
    <w:rsid w:val="4D2FC029"/>
    <w:rsid w:val="4FB546A8"/>
    <w:rsid w:val="50536F59"/>
    <w:rsid w:val="592F0422"/>
    <w:rsid w:val="5988E8CE"/>
    <w:rsid w:val="60D6B618"/>
    <w:rsid w:val="643EFA42"/>
    <w:rsid w:val="69BD0A7B"/>
    <w:rsid w:val="6E2CCA38"/>
    <w:rsid w:val="71938379"/>
    <w:rsid w:val="781E2B1A"/>
    <w:rsid w:val="78D30A00"/>
    <w:rsid w:val="791057E3"/>
    <w:rsid w:val="794BF4E7"/>
    <w:rsid w:val="7BD6878A"/>
    <w:rsid w:val="7C1ED9BC"/>
    <w:rsid w:val="7D93139E"/>
    <w:rsid w:val="7E0EA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CC7920"/>
  <w14:defaultImageDpi w14:val="300"/>
  <w15:docId w15:val="{B225AFD0-DA23-6743-A1A2-8AF3C35D9C9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/media/image2.png" Id="rId10410318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python-docx</dc:creator>
  <keywords/>
  <dc:description>generated by python-docx</dc:description>
  <lastModifiedBy>P Luziku</lastModifiedBy>
  <revision>5</revision>
  <dcterms:created xsi:type="dcterms:W3CDTF">2026-01-21T19:48:00.0000000Z</dcterms:created>
  <dcterms:modified xsi:type="dcterms:W3CDTF">2026-01-21T20:22:16.0628985Z</dcterms:modified>
  <category/>
</coreProperties>
</file>